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654" w:rsidRDefault="00FD4F6C" w:rsidP="00FD4F6C">
      <w:pPr>
        <w:spacing w:after="20" w:line="360" w:lineRule="auto"/>
        <w:jc w:val="center"/>
      </w:pPr>
      <w:r>
        <w:rPr>
          <w:rFonts w:ascii="Times New Roman" w:hAnsi="Times New Roman"/>
          <w:b/>
          <w:sz w:val="24"/>
        </w:rPr>
        <w:t>JOURNAL OF THE CENTRE FOR TECHNICAL VOCATIONAL EDUCATION TRAINING AND RESEARCH (JOCETVETAR)</w:t>
      </w:r>
    </w:p>
    <w:p w:rsidR="006E5654" w:rsidRDefault="00FD4F6C" w:rsidP="00FD4F6C">
      <w:pPr>
        <w:spacing w:after="20" w:line="360" w:lineRule="auto"/>
        <w:jc w:val="center"/>
      </w:pPr>
      <w:r>
        <w:rPr>
          <w:rFonts w:ascii="Times New Roman" w:hAnsi="Times New Roman"/>
          <w:sz w:val="24"/>
        </w:rPr>
        <w:t>Official Journal of the Centre for Technical Vocational Education, Training and Research (CETVETAR)</w:t>
      </w:r>
    </w:p>
    <w:p w:rsidR="006E5654" w:rsidRDefault="00FD4F6C" w:rsidP="00FD4F6C">
      <w:pPr>
        <w:spacing w:after="20" w:line="360" w:lineRule="auto"/>
        <w:jc w:val="center"/>
      </w:pPr>
      <w:r>
        <w:rPr>
          <w:rFonts w:ascii="Times New Roman" w:hAnsi="Times New Roman"/>
          <w:sz w:val="24"/>
        </w:rPr>
        <w:t>University of Nigeria, Nsukka</w:t>
      </w:r>
    </w:p>
    <w:p w:rsidR="006E5654" w:rsidRDefault="00FD4F6C" w:rsidP="00FD4F6C">
      <w:pPr>
        <w:spacing w:after="20" w:line="360" w:lineRule="auto"/>
        <w:jc w:val="center"/>
      </w:pPr>
      <w:r>
        <w:rPr>
          <w:rFonts w:ascii="Times New Roman" w:hAnsi="Times New Roman"/>
          <w:sz w:val="24"/>
        </w:rPr>
        <w:t xml:space="preserve">ISSN Online: 2705-2389 | Volume </w:t>
      </w:r>
      <w:r>
        <w:rPr>
          <w:rFonts w:ascii="Times New Roman" w:hAnsi="Times New Roman"/>
          <w:sz w:val="24"/>
        </w:rPr>
        <w:t>8, No. 2, 2026</w:t>
      </w:r>
    </w:p>
    <w:p w:rsidR="006E5654" w:rsidRDefault="00FD4F6C">
      <w:pPr>
        <w:spacing w:after="20" w:line="360" w:lineRule="auto"/>
      </w:pPr>
      <w:r>
        <w:rPr>
          <w:rFonts w:ascii="Times New Roman" w:hAnsi="Times New Roman"/>
          <w:b/>
          <w:sz w:val="24"/>
        </w:rPr>
        <w:t>MANUSCRIPT TITLE</w:t>
      </w:r>
    </w:p>
    <w:p w:rsidR="006E5654" w:rsidRDefault="00FD4F6C">
      <w:pPr>
        <w:spacing w:after="20" w:line="360" w:lineRule="auto"/>
        <w:jc w:val="center"/>
      </w:pPr>
      <w:r>
        <w:rPr>
          <w:rFonts w:ascii="Times New Roman" w:hAnsi="Times New Roman"/>
          <w:b/>
          <w:sz w:val="24"/>
        </w:rPr>
        <w:t>Integrating Robotics Education into Nigerian Secondary Schools: A Practical Framework for STEM Development and Technological Innovation</w:t>
      </w:r>
    </w:p>
    <w:p w:rsidR="006E5654" w:rsidRDefault="00FD4F6C">
      <w:pPr>
        <w:spacing w:after="20" w:line="360" w:lineRule="auto"/>
      </w:pPr>
      <w:r>
        <w:rPr>
          <w:rFonts w:ascii="Times New Roman" w:hAnsi="Times New Roman"/>
          <w:b/>
          <w:sz w:val="24"/>
        </w:rPr>
        <w:t>AUTHORS:</w:t>
      </w:r>
    </w:p>
    <w:p w:rsidR="006E5654" w:rsidRDefault="00FD4F6C" w:rsidP="00FD4F6C">
      <w:pPr>
        <w:pStyle w:val="ListParagraph"/>
        <w:numPr>
          <w:ilvl w:val="0"/>
          <w:numId w:val="10"/>
        </w:numPr>
        <w:spacing w:after="20" w:line="360" w:lineRule="auto"/>
      </w:pPr>
      <w:r w:rsidRPr="00FD4F6C">
        <w:rPr>
          <w:rFonts w:ascii="Times New Roman" w:hAnsi="Times New Roman"/>
          <w:b/>
          <w:sz w:val="24"/>
        </w:rPr>
        <w:t xml:space="preserve">Aja </w:t>
      </w:r>
      <w:proofErr w:type="spellStart"/>
      <w:r w:rsidRPr="00FD4F6C">
        <w:rPr>
          <w:rFonts w:ascii="Times New Roman" w:hAnsi="Times New Roman"/>
          <w:b/>
          <w:sz w:val="24"/>
        </w:rPr>
        <w:t>Nwachukwu</w:t>
      </w:r>
      <w:proofErr w:type="spellEnd"/>
      <w:r w:rsidRPr="00FD4F6C">
        <w:rPr>
          <w:rFonts w:ascii="Times New Roman" w:hAnsi="Times New Roman"/>
          <w:b/>
          <w:sz w:val="24"/>
        </w:rPr>
        <w:t xml:space="preserve"> Eugene</w:t>
      </w:r>
      <w:r w:rsidRPr="00FD4F6C">
        <w:rPr>
          <w:rFonts w:ascii="Times New Roman" w:hAnsi="Times New Roman"/>
          <w:sz w:val="24"/>
        </w:rPr>
        <w:t xml:space="preserve"> (Corresponding Author)</w:t>
      </w:r>
      <w:r w:rsidRPr="00FD4F6C">
        <w:rPr>
          <w:rFonts w:ascii="Times New Roman" w:hAnsi="Times New Roman"/>
          <w:sz w:val="24"/>
        </w:rPr>
        <w:br/>
        <w:t xml:space="preserve">Department of Computer and Robotics </w:t>
      </w:r>
      <w:r w:rsidRPr="00FD4F6C">
        <w:rPr>
          <w:rFonts w:ascii="Times New Roman" w:hAnsi="Times New Roman"/>
          <w:sz w:val="24"/>
        </w:rPr>
        <w:t>Education (Robotics Education)</w:t>
      </w:r>
      <w:r w:rsidRPr="00FD4F6C">
        <w:rPr>
          <w:rFonts w:ascii="Times New Roman" w:hAnsi="Times New Roman"/>
          <w:sz w:val="24"/>
        </w:rPr>
        <w:br/>
        <w:t>University of Nigeria, Nsukka</w:t>
      </w:r>
      <w:r w:rsidRPr="00FD4F6C">
        <w:rPr>
          <w:rFonts w:ascii="Times New Roman" w:hAnsi="Times New Roman"/>
          <w:sz w:val="24"/>
        </w:rPr>
        <w:br/>
        <w:t>Email: chukschat@gmail.com | +2348089074434</w:t>
      </w:r>
    </w:p>
    <w:p w:rsidR="006E5654" w:rsidRDefault="00FD4F6C" w:rsidP="00FD4F6C">
      <w:pPr>
        <w:pStyle w:val="ListParagraph"/>
        <w:numPr>
          <w:ilvl w:val="0"/>
          <w:numId w:val="10"/>
        </w:numPr>
        <w:spacing w:after="20" w:line="360" w:lineRule="auto"/>
      </w:pPr>
      <w:proofErr w:type="spellStart"/>
      <w:r w:rsidRPr="00FD4F6C">
        <w:rPr>
          <w:rFonts w:ascii="Times New Roman" w:hAnsi="Times New Roman"/>
          <w:b/>
          <w:sz w:val="24"/>
        </w:rPr>
        <w:t>Ozioko</w:t>
      </w:r>
      <w:proofErr w:type="spellEnd"/>
      <w:r w:rsidRPr="00FD4F6C">
        <w:rPr>
          <w:rFonts w:ascii="Times New Roman" w:hAnsi="Times New Roman"/>
          <w:b/>
          <w:sz w:val="24"/>
        </w:rPr>
        <w:t xml:space="preserve"> Agatha </w:t>
      </w:r>
      <w:proofErr w:type="spellStart"/>
      <w:r w:rsidRPr="00FD4F6C">
        <w:rPr>
          <w:rFonts w:ascii="Times New Roman" w:hAnsi="Times New Roman"/>
          <w:b/>
          <w:sz w:val="24"/>
        </w:rPr>
        <w:t>Chiegeonu</w:t>
      </w:r>
      <w:proofErr w:type="spellEnd"/>
      <w:r w:rsidRPr="00FD4F6C">
        <w:rPr>
          <w:rFonts w:ascii="Times New Roman" w:hAnsi="Times New Roman"/>
          <w:sz w:val="24"/>
        </w:rPr>
        <w:br/>
        <w:t xml:space="preserve">Department of Computer and Robotics Education (Compt. Software </w:t>
      </w:r>
      <w:proofErr w:type="spellStart"/>
      <w:r w:rsidRPr="00FD4F6C">
        <w:rPr>
          <w:rFonts w:ascii="Times New Roman" w:hAnsi="Times New Roman"/>
          <w:sz w:val="24"/>
        </w:rPr>
        <w:t>Dev.</w:t>
      </w:r>
      <w:r>
        <w:rPr>
          <w:rFonts w:ascii="Times New Roman" w:hAnsi="Times New Roman"/>
          <w:sz w:val="24"/>
        </w:rPr>
        <w:t>a</w:t>
      </w:r>
      <w:r w:rsidRPr="00FD4F6C">
        <w:rPr>
          <w:rFonts w:ascii="Times New Roman" w:hAnsi="Times New Roman"/>
          <w:sz w:val="24"/>
        </w:rPr>
        <w:t>nd</w:t>
      </w:r>
      <w:proofErr w:type="spellEnd"/>
      <w:r w:rsidRPr="00FD4F6C">
        <w:rPr>
          <w:rFonts w:ascii="Times New Roman" w:hAnsi="Times New Roman"/>
          <w:sz w:val="24"/>
        </w:rPr>
        <w:t xml:space="preserve"> </w:t>
      </w:r>
      <w:proofErr w:type="spellStart"/>
      <w:r w:rsidRPr="00FD4F6C">
        <w:rPr>
          <w:rFonts w:ascii="Times New Roman" w:hAnsi="Times New Roman"/>
          <w:sz w:val="24"/>
        </w:rPr>
        <w:t>Appln</w:t>
      </w:r>
      <w:proofErr w:type="spellEnd"/>
      <w:r w:rsidRPr="00FD4F6C">
        <w:rPr>
          <w:rFonts w:ascii="Times New Roman" w:hAnsi="Times New Roman"/>
          <w:sz w:val="24"/>
        </w:rPr>
        <w:t>.</w:t>
      </w:r>
      <w:r w:rsidRPr="00FD4F6C">
        <w:rPr>
          <w:rFonts w:ascii="Times New Roman" w:hAnsi="Times New Roman"/>
          <w:sz w:val="24"/>
        </w:rPr>
        <w:t>)</w:t>
      </w:r>
      <w:r w:rsidRPr="00FD4F6C">
        <w:rPr>
          <w:rFonts w:ascii="Times New Roman" w:hAnsi="Times New Roman"/>
          <w:sz w:val="24"/>
        </w:rPr>
        <w:br/>
        <w:t>University of Nigeria, Nsukka</w:t>
      </w:r>
      <w:r w:rsidRPr="00FD4F6C">
        <w:rPr>
          <w:rFonts w:ascii="Times New Roman" w:hAnsi="Times New Roman"/>
          <w:sz w:val="24"/>
        </w:rPr>
        <w:br/>
        <w:t>Ema</w:t>
      </w:r>
      <w:r w:rsidRPr="00FD4F6C">
        <w:rPr>
          <w:rFonts w:ascii="Times New Roman" w:hAnsi="Times New Roman"/>
          <w:sz w:val="24"/>
        </w:rPr>
        <w:t>il: agathaziko20@gmail.com</w:t>
      </w:r>
    </w:p>
    <w:p w:rsidR="006E5654" w:rsidRDefault="00FD4F6C">
      <w:pPr>
        <w:spacing w:after="20" w:line="360" w:lineRule="auto"/>
      </w:pPr>
      <w:r>
        <w:rPr>
          <w:rFonts w:ascii="Times New Roman" w:hAnsi="Times New Roman"/>
          <w:b/>
          <w:sz w:val="24"/>
        </w:rPr>
        <w:t>S</w:t>
      </w:r>
      <w:r>
        <w:rPr>
          <w:rFonts w:ascii="Times New Roman" w:hAnsi="Times New Roman"/>
          <w:b/>
          <w:sz w:val="24"/>
        </w:rPr>
        <w:t>UBMITTED TO:</w:t>
      </w:r>
    </w:p>
    <w:p w:rsidR="006E5654" w:rsidRDefault="00FD4F6C">
      <w:pPr>
        <w:spacing w:after="20" w:line="360" w:lineRule="auto"/>
      </w:pPr>
      <w:r w:rsidRPr="00FD4F6C">
        <w:rPr>
          <w:rFonts w:ascii="Times New Roman" w:hAnsi="Times New Roman"/>
          <w:b/>
          <w:sz w:val="24"/>
        </w:rPr>
        <w:t>Editor-in-Chief</w:t>
      </w:r>
      <w:r>
        <w:rPr>
          <w:rFonts w:ascii="Times New Roman" w:hAnsi="Times New Roman"/>
          <w:sz w:val="24"/>
        </w:rPr>
        <w:t>, Journal of the Centre for Technical Vocational Education Training and Research (JOCETVETAR), Centre for Technical Vocational Education, Training and Research (CETVETAR), University of Nigeria, Nsukka</w:t>
      </w:r>
    </w:p>
    <w:p w:rsidR="006E5654" w:rsidRDefault="00FD4F6C">
      <w:pPr>
        <w:spacing w:after="20" w:line="360" w:lineRule="auto"/>
      </w:pPr>
      <w:r>
        <w:rPr>
          <w:rFonts w:ascii="Times New Roman" w:hAnsi="Times New Roman"/>
          <w:b/>
          <w:sz w:val="24"/>
        </w:rPr>
        <w:t>MANUSCRIPT TYPE</w:t>
      </w:r>
      <w:r>
        <w:t xml:space="preserve">: </w:t>
      </w:r>
      <w:r>
        <w:rPr>
          <w:rFonts w:ascii="Times New Roman" w:hAnsi="Times New Roman"/>
          <w:sz w:val="24"/>
        </w:rPr>
        <w:t>Conceptual Paper</w:t>
      </w:r>
    </w:p>
    <w:p w:rsidR="006E5654" w:rsidRDefault="00FD4F6C">
      <w:pPr>
        <w:spacing w:after="20" w:line="360" w:lineRule="auto"/>
      </w:pPr>
      <w:r>
        <w:rPr>
          <w:rFonts w:ascii="Times New Roman" w:hAnsi="Times New Roman"/>
          <w:b/>
          <w:sz w:val="24"/>
        </w:rPr>
        <w:t>RESEARCH AREA:</w:t>
      </w:r>
    </w:p>
    <w:p w:rsidR="006E5654" w:rsidRDefault="00FD4F6C">
      <w:pPr>
        <w:spacing w:after="20" w:line="360" w:lineRule="auto"/>
      </w:pPr>
      <w:r>
        <w:rPr>
          <w:rFonts w:ascii="Times New Roman" w:hAnsi="Times New Roman"/>
          <w:sz w:val="24"/>
        </w:rPr>
        <w:t>TVET; STEM Education and Robotics Integration; Digital Technologies and Innovation i</w:t>
      </w:r>
      <w:bookmarkStart w:id="0" w:name="_GoBack"/>
      <w:bookmarkEnd w:id="0"/>
      <w:r>
        <w:rPr>
          <w:rFonts w:ascii="Times New Roman" w:hAnsi="Times New Roman"/>
          <w:sz w:val="24"/>
        </w:rPr>
        <w:t>n TVET</w:t>
      </w:r>
    </w:p>
    <w:p w:rsidR="006E5654" w:rsidRDefault="00FD4F6C">
      <w:pPr>
        <w:spacing w:after="20" w:line="360" w:lineRule="auto"/>
      </w:pPr>
      <w:r>
        <w:rPr>
          <w:rFonts w:ascii="Times New Roman" w:hAnsi="Times New Roman"/>
          <w:b/>
          <w:sz w:val="24"/>
        </w:rPr>
        <w:t>DECLARATION:</w:t>
      </w:r>
    </w:p>
    <w:p w:rsidR="006E5654" w:rsidRDefault="00FD4F6C">
      <w:pPr>
        <w:spacing w:after="20" w:line="360" w:lineRule="auto"/>
      </w:pPr>
      <w:r>
        <w:rPr>
          <w:rFonts w:ascii="Times New Roman" w:hAnsi="Times New Roman"/>
          <w:sz w:val="24"/>
        </w:rPr>
        <w:t>This manuscript is original, unpublished, and is not under consideration for publication elsewhere. It co</w:t>
      </w:r>
      <w:r>
        <w:rPr>
          <w:rFonts w:ascii="Times New Roman" w:hAnsi="Times New Roman"/>
          <w:sz w:val="24"/>
        </w:rPr>
        <w:t>nforms to the ethical, formatting, and referencing requirements of JOCETVETAR.</w:t>
      </w:r>
    </w:p>
    <w:p w:rsidR="00FD4F6C" w:rsidRDefault="00FD4F6C" w:rsidP="00FD4F6C">
      <w:pPr>
        <w:spacing w:after="20" w:line="360" w:lineRule="auto"/>
        <w:jc w:val="center"/>
        <w:rPr>
          <w:rFonts w:ascii="Times New Roman" w:hAnsi="Times New Roman"/>
          <w:b/>
          <w:sz w:val="24"/>
        </w:rPr>
      </w:pPr>
    </w:p>
    <w:p w:rsidR="006E5654" w:rsidRDefault="00FD4F6C" w:rsidP="00FD4F6C">
      <w:pPr>
        <w:spacing w:after="20" w:line="360" w:lineRule="auto"/>
        <w:jc w:val="center"/>
      </w:pPr>
      <w:r>
        <w:rPr>
          <w:rFonts w:ascii="Times New Roman" w:hAnsi="Times New Roman"/>
          <w:b/>
          <w:sz w:val="24"/>
        </w:rPr>
        <w:t>Year of Submission: 2026</w:t>
      </w:r>
    </w:p>
    <w:sectPr w:rsidR="006E5654" w:rsidSect="00034616">
      <w:pgSz w:w="12240" w:h="15840"/>
      <w:pgMar w:top="1152" w:right="1440" w:bottom="1152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A05808"/>
    <w:multiLevelType w:val="hybridMultilevel"/>
    <w:tmpl w:val="AF9477A4"/>
    <w:lvl w:ilvl="0" w:tplc="876E2D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E5654"/>
    <w:rsid w:val="00AA1D8D"/>
    <w:rsid w:val="00B47730"/>
    <w:rsid w:val="00CB0664"/>
    <w:rsid w:val="00FC693F"/>
    <w:rsid w:val="00FD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38E471"/>
  <w14:defaultImageDpi w14:val="300"/>
  <w15:docId w15:val="{43987EA4-6C6B-4027-BB20-E5B40ADE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3C4C4E-8ABC-474A-A078-5A564DFBC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digicombest.com</cp:lastModifiedBy>
  <cp:revision>2</cp:revision>
  <dcterms:created xsi:type="dcterms:W3CDTF">2013-12-23T23:15:00Z</dcterms:created>
  <dcterms:modified xsi:type="dcterms:W3CDTF">2026-04-26T13:43:00Z</dcterms:modified>
  <cp:category/>
</cp:coreProperties>
</file>